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QC Proofing Report</w:t>
      </w:r>
    </w:p>
    <w:p>
      <w:pPr>
        <w:jc w:val="center"/>
      </w:pPr>
      <w:r>
        <w:rPr>
          <w:i/>
        </w:rPr>
        <w:t>Generated: July 17, 2026</w:t>
      </w:r>
      <w:r>
        <w:rPr>
          <w:i/>
        </w:rPr>
        <w:t xml:space="preserve">  ·  Language: EN</w:t>
      </w:r>
    </w:p>
    <w:p/>
    <w:p>
      <w:pPr>
        <w:pStyle w:val="Heading2"/>
      </w:pPr>
      <w:r>
        <w:t>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Script Words</w:t>
            </w:r>
          </w:p>
        </w:tc>
        <w:tc>
          <w:tcPr>
            <w:tcW w:type="dxa" w:w="4320"/>
          </w:tcPr>
          <w:p>
            <w:r>
              <w:t>85</w:t>
            </w:r>
          </w:p>
        </w:tc>
      </w:tr>
      <w:tr>
        <w:tc>
          <w:tcPr>
            <w:tcW w:type="dxa" w:w="4320"/>
          </w:tcPr>
          <w:p>
            <w:r>
              <w:t>Transcript Words</w:t>
            </w:r>
          </w:p>
        </w:tc>
        <w:tc>
          <w:tcPr>
            <w:tcW w:type="dxa" w:w="4320"/>
          </w:tcPr>
          <w:p>
            <w:r>
              <w:t>83</w:t>
            </w:r>
          </w:p>
        </w:tc>
      </w:tr>
      <w:tr>
        <w:tc>
          <w:tcPr>
            <w:tcW w:type="dxa" w:w="4320"/>
          </w:tcPr>
          <w:p>
            <w:r>
              <w:t>Words Matched</w:t>
            </w:r>
          </w:p>
        </w:tc>
        <w:tc>
          <w:tcPr>
            <w:tcW w:type="dxa" w:w="4320"/>
          </w:tcPr>
          <w:p>
            <w:r>
              <w:t>82</w:t>
            </w:r>
          </w:p>
        </w:tc>
      </w:tr>
      <w:tr>
        <w:tc>
          <w:tcPr>
            <w:tcW w:type="dxa" w:w="4320"/>
          </w:tcPr>
          <w:p>
            <w:r>
              <w:t>Omitted / Changed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Ad-libs / Added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96.5%</w:t>
            </w:r>
          </w:p>
        </w:tc>
      </w:tr>
    </w:tbl>
    <w:p/>
    <w:p>
      <w:pPr>
        <w:pStyle w:val="Heading2"/>
      </w:pPr>
      <w:r>
        <w:t>Annotated Script</w:t>
      </w:r>
    </w:p>
    <w:p>
      <w:r>
        <w:rPr>
          <w:color w:val="CC0000"/>
        </w:rPr>
        <w:t xml:space="preserve">■ </w:t>
      </w:r>
      <w:r>
        <w:t xml:space="preserve">Omitted/Changed   </w:t>
      </w:r>
      <w:r>
        <w:rPr>
          <w:color w:val="008800"/>
        </w:rPr>
        <w:t xml:space="preserve">■ </w:t>
      </w:r>
      <w:r>
        <w:t>Ad-lib/Added</w:t>
      </w:r>
    </w:p>
    <w:p>
      <w:r>
        <w:rPr>
          <w:strike/>
          <w:color w:val="CC0000"/>
        </w:rPr>
        <w:t xml:space="preserve">All </w:t>
      </w:r>
      <w:r>
        <w:rPr>
          <w:strike/>
          <w:color w:val="CC0000"/>
        </w:rPr>
        <w:t xml:space="preserve">right, </w:t>
      </w:r>
      <w:r>
        <w:rPr>
          <w:color w:val="008800"/>
        </w:rPr>
        <w:t xml:space="preserve">Alright, </w:t>
      </w:r>
      <w:r>
        <w:t xml:space="preserve">I-95 </w:t>
      </w:r>
      <w:r>
        <w:t xml:space="preserve">from </w:t>
      </w:r>
      <w:r>
        <w:t xml:space="preserve">the </w:t>
      </w:r>
      <w:r>
        <w:t xml:space="preserve">Golden </w:t>
      </w:r>
      <w:r>
        <w:t xml:space="preserve">Glades </w:t>
      </w:r>
      <w:r>
        <w:t xml:space="preserve">to </w:t>
      </w:r>
      <w:r>
        <w:t xml:space="preserve">downtown </w:t>
      </w:r>
      <w:r>
        <w:t xml:space="preserve">inbound </w:t>
      </w:r>
      <w:r>
        <w:t xml:space="preserve">running </w:t>
      </w:r>
      <w:r>
        <w:t xml:space="preserve">19 </w:t>
      </w:r>
      <w:r>
        <w:t xml:space="preserve">minutes, </w:t>
      </w:r>
      <w:r>
        <w:t xml:space="preserve">but </w:t>
      </w:r>
      <w:r>
        <w:t xml:space="preserve">watch </w:t>
      </w:r>
      <w:r>
        <w:t xml:space="preserve">out. </w:t>
      </w:r>
      <w:r>
        <w:t xml:space="preserve">Road </w:t>
      </w:r>
      <w:r>
        <w:t xml:space="preserve">closures </w:t>
      </w:r>
      <w:r>
        <w:t xml:space="preserve">from </w:t>
      </w:r>
      <w:r>
        <w:t xml:space="preserve">US </w:t>
      </w:r>
      <w:r>
        <w:t xml:space="preserve">41 </w:t>
      </w:r>
      <w:r>
        <w:t xml:space="preserve">to </w:t>
      </w:r>
      <w:r>
        <w:t xml:space="preserve">Miami </w:t>
      </w:r>
      <w:r>
        <w:t xml:space="preserve">Avenue </w:t>
      </w:r>
      <w:r>
        <w:t xml:space="preserve">both </w:t>
      </w:r>
      <w:r>
        <w:t xml:space="preserve">directions, </w:t>
      </w:r>
      <w:r>
        <w:t xml:space="preserve">plus </w:t>
      </w:r>
      <w:r>
        <w:t xml:space="preserve">at </w:t>
      </w:r>
      <w:r>
        <w:t xml:space="preserve">Northeast </w:t>
      </w:r>
      <w:r>
        <w:t xml:space="preserve">19th </w:t>
      </w:r>
      <w:r>
        <w:t xml:space="preserve">and </w:t>
      </w:r>
      <w:r>
        <w:t xml:space="preserve">Northwest </w:t>
      </w:r>
      <w:r>
        <w:t xml:space="preserve">4th. </w:t>
      </w:r>
      <w:r>
        <w:t xml:space="preserve">In </w:t>
      </w:r>
      <w:r>
        <w:t xml:space="preserve">Sunnyland, </w:t>
      </w:r>
      <w:r>
        <w:t xml:space="preserve">Dixie </w:t>
      </w:r>
      <w:r>
        <w:t xml:space="preserve">Highway </w:t>
      </w:r>
      <w:r>
        <w:t xml:space="preserve">Northbound </w:t>
      </w:r>
      <w:r>
        <w:t xml:space="preserve">stop </w:t>
      </w:r>
      <w:r>
        <w:t xml:space="preserve">and </w:t>
      </w:r>
      <w:r>
        <w:t xml:space="preserve">go </w:t>
      </w:r>
      <w:r>
        <w:t xml:space="preserve">from </w:t>
      </w:r>
      <w:r>
        <w:t xml:space="preserve">State </w:t>
      </w:r>
      <w:r>
        <w:t xml:space="preserve">Road </w:t>
      </w:r>
      <w:r>
        <w:t xml:space="preserve">990 </w:t>
      </w:r>
      <w:r>
        <w:t xml:space="preserve">to </w:t>
      </w:r>
      <w:r>
        <w:t xml:space="preserve">Keys </w:t>
      </w:r>
      <w:r>
        <w:t xml:space="preserve">Drive, </w:t>
      </w:r>
      <w:r>
        <w:t xml:space="preserve">three </w:t>
      </w:r>
      <w:r>
        <w:t xml:space="preserve">minutes </w:t>
      </w:r>
      <w:r>
        <w:t xml:space="preserve">behind </w:t>
      </w:r>
      <w:r>
        <w:t xml:space="preserve">schedule. </w:t>
      </w:r>
      <w:r>
        <w:t xml:space="preserve">In </w:t>
      </w:r>
      <w:r>
        <w:t xml:space="preserve">Coralway </w:t>
      </w:r>
      <w:r>
        <w:t xml:space="preserve">Village, </w:t>
      </w:r>
      <w:r>
        <w:t xml:space="preserve">State </w:t>
      </w:r>
      <w:r>
        <w:t xml:space="preserve">Road </w:t>
      </w:r>
      <w:r>
        <w:t xml:space="preserve">972 </w:t>
      </w:r>
      <w:r>
        <w:t xml:space="preserve">Eastbound, </w:t>
      </w:r>
      <w:r>
        <w:t xml:space="preserve">crawling </w:t>
      </w:r>
      <w:r>
        <w:t xml:space="preserve">from </w:t>
      </w:r>
      <w:r>
        <w:t xml:space="preserve">State </w:t>
      </w:r>
      <w:r>
        <w:t xml:space="preserve">Road </w:t>
      </w:r>
      <w:r>
        <w:t xml:space="preserve">973 </w:t>
      </w:r>
      <w:r>
        <w:t xml:space="preserve">to </w:t>
      </w:r>
      <w:r>
        <w:t xml:space="preserve">Ludlam </w:t>
      </w:r>
      <w:r>
        <w:t xml:space="preserve">Road. </w:t>
      </w:r>
      <w:r>
        <w:t xml:space="preserve">The </w:t>
      </w:r>
      <w:r>
        <w:t xml:space="preserve">Dolphin </w:t>
      </w:r>
      <w:r>
        <w:t xml:space="preserve">Eastbound </w:t>
      </w:r>
      <w:r>
        <w:t xml:space="preserve">from </w:t>
      </w:r>
      <w:r>
        <w:t xml:space="preserve">the </w:t>
      </w:r>
      <w:r>
        <w:t xml:space="preserve">Turnpike </w:t>
      </w:r>
      <w:r>
        <w:t xml:space="preserve">to </w:t>
      </w:r>
      <w:r>
        <w:t xml:space="preserve">downtown </w:t>
      </w:r>
      <w:r>
        <w:t xml:space="preserve">takes </w:t>
      </w:r>
      <w:r>
        <w:t xml:space="preserve">37 </w:t>
      </w:r>
      <w:r>
        <w:t xml:space="preserve">minutes. </w:t>
      </w:r>
      <w:r>
        <w:t xml:space="preserve">The </w:t>
      </w:r>
      <w:r>
        <w:t xml:space="preserve">Tuttle </w:t>
      </w:r>
      <w:r>
        <w:t xml:space="preserve">inbound </w:t>
      </w:r>
      <w:r>
        <w:t xml:space="preserve">running </w:t>
      </w:r>
      <w:r>
        <w:t xml:space="preserve">25 </w:t>
      </w:r>
      <w:r>
        <w:t xml:space="preserve">minutes. </w:t>
      </w:r>
      <w:r>
        <w:rPr>
          <w:strike/>
          <w:color w:val="CC0000"/>
        </w:rPr>
        <w:t>,</w:t>
      </w:r>
    </w:p>
    <w:p/>
    <w:p/>
    <w:p>
      <w:pPr>
        <w:pStyle w:val="Heading2"/>
      </w:pPr>
      <w:r>
        <w:t>Error List  (4 issues)</w:t>
      </w:r>
    </w:p>
    <w:p>
      <w:pPr>
        <w:pStyle w:val="ListNumber"/>
      </w:pPr>
      <w:r>
        <w:rPr>
          <w:b/>
        </w:rPr>
        <w:t xml:space="preserve">[OMIT] @ 0:00 — </w:t>
      </w:r>
      <w:r>
        <w:rPr>
          <w:b/>
          <w:strike/>
          <w:color w:val="CC0000"/>
        </w:rPr>
        <w:t>"All"</w:t>
      </w:r>
    </w:p>
    <w:p>
      <w:pPr>
        <w:ind w:left="576"/>
      </w:pPr>
      <w:r>
        <w:rPr>
          <w:i/>
        </w:rPr>
        <w:t xml:space="preserve">… </w:t>
      </w:r>
      <w:r>
        <w:rPr>
          <w:b/>
          <w:i/>
        </w:rPr>
        <w:t>[All]</w:t>
      </w:r>
      <w:r>
        <w:rPr>
          <w:i/>
        </w:rPr>
        <w:t xml:space="preserve"> I-95 from…</w:t>
      </w:r>
    </w:p>
    <w:p>
      <w:pPr>
        <w:pStyle w:val="ListNumber"/>
      </w:pPr>
      <w:r>
        <w:rPr>
          <w:b/>
        </w:rPr>
        <w:t xml:space="preserve">[OMIT] @ 0:00 — </w:t>
      </w:r>
      <w:r>
        <w:rPr>
          <w:b/>
          <w:strike/>
          <w:color w:val="CC0000"/>
        </w:rPr>
        <w:t>"right,"</w:t>
      </w:r>
    </w:p>
    <w:p>
      <w:pPr>
        <w:ind w:left="576"/>
      </w:pPr>
      <w:r>
        <w:rPr>
          <w:i/>
        </w:rPr>
        <w:t xml:space="preserve">… </w:t>
      </w:r>
      <w:r>
        <w:rPr>
          <w:b/>
          <w:i/>
        </w:rPr>
        <w:t>[right,]</w:t>
      </w:r>
      <w:r>
        <w:rPr>
          <w:i/>
        </w:rPr>
        <w:t xml:space="preserve"> I-95 from the…</w:t>
      </w:r>
    </w:p>
    <w:p>
      <w:pPr>
        <w:pStyle w:val="ListNumber"/>
      </w:pPr>
      <w:r>
        <w:rPr>
          <w:b/>
        </w:rPr>
        <w:t xml:space="preserve">[ADLIB] @ 0:00 — </w:t>
      </w:r>
      <w:r>
        <w:rPr>
          <w:b/>
          <w:color w:val="008800"/>
        </w:rPr>
        <w:t>"Alright,"</w:t>
      </w:r>
    </w:p>
    <w:p>
      <w:pPr>
        <w:ind w:left="576"/>
      </w:pPr>
      <w:r>
        <w:rPr>
          <w:i/>
        </w:rPr>
        <w:t xml:space="preserve">… </w:t>
      </w:r>
      <w:r>
        <w:rPr>
          <w:b/>
          <w:i/>
        </w:rPr>
        <w:t>[Alright,]</w:t>
      </w:r>
      <w:r>
        <w:rPr>
          <w:i/>
        </w:rPr>
        <w:t xml:space="preserve"> I-95 from the…</w:t>
      </w:r>
    </w:p>
    <w:p>
      <w:pPr>
        <w:pStyle w:val="ListNumber"/>
      </w:pPr>
      <w:r>
        <w:rPr>
          <w:b/>
        </w:rPr>
        <w:t xml:space="preserve">[OMIT] @ 0:33 — </w:t>
      </w:r>
      <w:r>
        <w:rPr>
          <w:b/>
          <w:strike/>
          <w:color w:val="CC0000"/>
        </w:rPr>
        <w:t>","</w:t>
      </w:r>
    </w:p>
    <w:p>
      <w:pPr>
        <w:ind w:left="576"/>
      </w:pPr>
      <w:r>
        <w:rPr>
          <w:i/>
        </w:rPr>
        <w:t xml:space="preserve">…running 25 minutes. </w:t>
      </w:r>
      <w:r>
        <w:rPr>
          <w:b/>
          <w:i/>
        </w:rPr>
        <w:t>[,]</w:t>
      </w:r>
      <w:r>
        <w:rPr>
          <w:i/>
        </w:rPr>
        <w:t xml:space="preserve"> 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